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6480"/>
            <w:tcBorders>
              <w:right w:sz="4" w:val="single" w:color="1F4E79" w:space="0"/>
            </w:tcBorders>
            <w:tcMar>
              <w:top w:w="100" w:type="dxa"/>
              <w:bottom w:w="100" w:type="dxa"/>
              <w:left w:w="100" w:type="dxa"/>
              <w:right w:w="200" w:type="dxa"/>
            </w:tcMar>
          </w:tcPr>
          <w:p>
            <w:pPr>
              <w:spacing w:after="40" w:line="252" w:lineRule="auto"/>
            </w:pPr>
            <w:r>
              <w:rPr>
                <w:b/>
                <w:color w:val="1F4E79"/>
                <w:sz w:val="19"/>
              </w:rPr>
              <w:t>ISTITUTO COMPRENSIVO STATALE DI CERTOSA DI PAVIA</w:t>
              <w:br/>
            </w:r>
            <w:r>
              <w:rPr>
                <w:color w:val="555555"/>
                <w:sz w:val="17"/>
              </w:rPr>
              <w:t>Piazza Falcone e Borsellino, 4 – 27012 Certosa di Pavia</w:t>
              <w:br/>
            </w:r>
            <w:r>
              <w:rPr>
                <w:color w:val="555555"/>
                <w:sz w:val="17"/>
              </w:rPr>
              <w:t>Tel: 0382 92 57 46 | Cod. Fisc. 96039190184 | C.U. UFEQVV</w:t>
              <w:br/>
            </w:r>
            <w:r>
              <w:rPr>
                <w:i/>
                <w:color w:val="555555"/>
                <w:sz w:val="17"/>
              </w:rPr>
              <w:t>Sito: www.scuolecertosa.edu.it | PEC: pvic806004@pec.istruzione.it</w:t>
            </w:r>
          </w:p>
        </w:tc>
        <w:tc>
          <w:tcPr>
            <w:tcW w:type="dxa" w:w="3600"/>
            <w:tcMar>
              <w:top w:w="100" w:type="dxa"/>
              <w:bottom w:w="100" w:type="dxa"/>
              <w:left w:w="200" w:type="dxa"/>
              <w:right w:w="100" w:type="dxa"/>
            </w:tcMar>
          </w:tcPr>
          <w:p>
            <w:pPr>
              <w:spacing w:after="40" w:line="252" w:lineRule="auto"/>
              <w:jc w:val="right"/>
            </w:pPr>
            <w:r>
              <w:rPr>
                <w:b/>
                <w:color w:val="C00000"/>
                <w:sz w:val="18"/>
              </w:rPr>
              <w:t>PROGRAMMA AGENDA NORD</w:t>
              <w:br/>
            </w:r>
            <w:r>
              <w:rPr>
                <w:b/>
                <w:color w:val="1F4E79"/>
                <w:sz w:val="17"/>
              </w:rPr>
              <w:t>PN Scuola e Competenze 21-27</w:t>
              <w:br/>
            </w:r>
            <w:r>
              <w:rPr>
                <w:color w:val="555555"/>
                <w:sz w:val="16"/>
              </w:rPr>
              <w:t>Codice: ESO4.6.A2.B-FSEPN-LO-2024-68</w:t>
              <w:br/>
              <w:t>CUP: D94D24003870007</w:t>
            </w:r>
          </w:p>
        </w:tc>
      </w:tr>
    </w:tbl>
    <w:p>
      <w:pPr>
        <w:spacing w:before="0" w:after="240" w:line="276" w:lineRule="auto"/>
      </w:pPr>
    </w:p>
    <w:p>
      <w:pPr>
        <w:spacing w:before="120" w:after="240" w:line="276" w:lineRule="auto"/>
        <w:jc w:val="center"/>
      </w:pPr>
      <w:r>
        <w:rPr>
          <w:b/>
          <w:color w:val="1F4E79"/>
          <w:sz w:val="28"/>
        </w:rPr>
        <w:t>ALLEGATO A</w:t>
        <w:br/>
      </w:r>
      <w:r>
        <w:rPr>
          <w:b/>
          <w:color w:val="1F4E79"/>
          <w:sz w:val="26"/>
        </w:rPr>
        <w:t>DOMANDA DI CANDIDATURA E SCHEDA DI AUTOVALUTAZIONE TITOLI</w:t>
        <w:br/>
      </w:r>
      <w:r>
        <w:rPr>
          <w:i/>
          <w:color w:val="555555"/>
          <w:sz w:val="20"/>
        </w:rPr>
        <w:t>SELEZIONE PERSONALE INTERNO (Esperti e Tutor) - Programma 'Agenda Nord'</w:t>
        <w:br/>
        <w:t>Progetto: 'Pensiero computazionale e creatività digitale' (CUP: D94D24003870007)</w:t>
      </w:r>
    </w:p>
    <w:p>
      <w:pPr>
        <w:spacing w:before="120" w:after="360" w:line="276" w:lineRule="auto"/>
        <w:jc w:val="right"/>
      </w:pPr>
      <w:r>
        <w:rPr>
          <w:b/>
          <w:color w:val="1F4E79"/>
          <w:sz w:val="21"/>
        </w:rPr>
        <w:t>Al Dirigente Scolastico</w:t>
        <w:br/>
        <w:t>I.C. CERTOSA DI PAVIA</w:t>
        <w:br/>
        <w:t>Piazza Falcone e Borsellino, 4</w:t>
        <w:br/>
        <w:t>27012 Certosa di Pavia (PV)</w:t>
      </w:r>
    </w:p>
    <w:p>
      <w:pPr>
        <w:spacing w:before="240" w:after="120" w:line="276" w:lineRule="auto"/>
      </w:pPr>
      <w:r>
        <w:rPr>
          <w:b/>
        </w:rPr>
        <w:t>Il/La sottoscritto/a: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040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0" w:val="none" w:color="auto" w:space="0"/>
              <w:bottom w:sz="0" w:val="none" w:color="auto" w:space="0"/>
              <w:left w:sz="0" w:val="none" w:color="auto" w:space="0"/>
              <w:right w:sz="0" w:val="none" w:color="auto" w:space="0"/>
            </w:tcBorders>
          </w:tcPr>
          <w:p>
            <w:pPr>
              <w:spacing w:after="40" w:line="264" w:lineRule="auto"/>
            </w:pPr>
            <w:r>
              <w:rPr>
                <w:sz w:val="20"/>
              </w:rPr>
              <w:t>Cognome e Nome:</w:t>
            </w:r>
          </w:p>
        </w:tc>
        <w:tc>
          <w:tcPr>
            <w:tcW w:type="dxa" w:w="5040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0" w:val="none" w:color="auto" w:space="0"/>
              <w:bottom w:sz="0" w:val="none" w:color="auto" w:space="0"/>
              <w:left w:sz="0" w:val="none" w:color="auto" w:space="0"/>
              <w:right w:sz="0" w:val="none" w:color="auto" w:space="0"/>
            </w:tcBorders>
          </w:tcPr>
          <w:p>
            <w:pPr>
              <w:spacing w:after="40" w:line="264" w:lineRule="auto"/>
            </w:pPr>
            <w:r>
              <w:rPr>
                <w:sz w:val="20"/>
              </w:rPr>
              <w:t>________________________________________________________</w:t>
            </w:r>
          </w:p>
        </w:tc>
      </w:tr>
      <w:tr>
        <w:tc>
          <w:tcPr>
            <w:tcW w:type="dxa" w:w="5040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0" w:val="none" w:color="auto" w:space="0"/>
              <w:bottom w:sz="0" w:val="none" w:color="auto" w:space="0"/>
              <w:left w:sz="0" w:val="none" w:color="auto" w:space="0"/>
              <w:right w:sz="0" w:val="none" w:color="auto" w:space="0"/>
            </w:tcBorders>
          </w:tcPr>
          <w:p>
            <w:pPr>
              <w:spacing w:after="40" w:line="264" w:lineRule="auto"/>
            </w:pPr>
            <w:r>
              <w:rPr>
                <w:sz w:val="20"/>
              </w:rPr>
              <w:t>Nato/a a: _______________________ Prov. (____)</w:t>
            </w:r>
          </w:p>
        </w:tc>
        <w:tc>
          <w:tcPr>
            <w:tcW w:type="dxa" w:w="5040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0" w:val="none" w:color="auto" w:space="0"/>
              <w:bottom w:sz="0" w:val="none" w:color="auto" w:space="0"/>
              <w:left w:sz="0" w:val="none" w:color="auto" w:space="0"/>
              <w:right w:sz="0" w:val="none" w:color="auto" w:space="0"/>
            </w:tcBorders>
          </w:tcPr>
          <w:p>
            <w:pPr>
              <w:spacing w:after="40" w:line="264" w:lineRule="auto"/>
            </w:pPr>
            <w:r>
              <w:rPr>
                <w:sz w:val="20"/>
              </w:rPr>
              <w:t>il: __________________________________</w:t>
            </w:r>
          </w:p>
        </w:tc>
      </w:tr>
      <w:tr>
        <w:tc>
          <w:tcPr>
            <w:tcW w:type="dxa" w:w="5040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0" w:val="none" w:color="auto" w:space="0"/>
              <w:bottom w:sz="0" w:val="none" w:color="auto" w:space="0"/>
              <w:left w:sz="0" w:val="none" w:color="auto" w:space="0"/>
              <w:right w:sz="0" w:val="none" w:color="auto" w:space="0"/>
            </w:tcBorders>
          </w:tcPr>
          <w:p>
            <w:pPr>
              <w:spacing w:after="40" w:line="264" w:lineRule="auto"/>
            </w:pPr>
            <w:r>
              <w:rPr>
                <w:sz w:val="20"/>
              </w:rPr>
              <w:t>Codice Fiscale:</w:t>
            </w:r>
          </w:p>
        </w:tc>
        <w:tc>
          <w:tcPr>
            <w:tcW w:type="dxa" w:w="5040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0" w:val="none" w:color="auto" w:space="0"/>
              <w:bottom w:sz="0" w:val="none" w:color="auto" w:space="0"/>
              <w:left w:sz="0" w:val="none" w:color="auto" w:space="0"/>
              <w:right w:sz="0" w:val="none" w:color="auto" w:space="0"/>
            </w:tcBorders>
          </w:tcPr>
          <w:p>
            <w:pPr>
              <w:spacing w:after="40" w:line="264" w:lineRule="auto"/>
            </w:pPr>
            <w:r>
              <w:rPr>
                <w:sz w:val="20"/>
              </w:rPr>
              <w:t>|__|__|__|__|__|__|__|__|__|__|__|__|__|__|__|__|</w:t>
            </w:r>
          </w:p>
        </w:tc>
      </w:tr>
      <w:tr>
        <w:tc>
          <w:tcPr>
            <w:tcW w:type="dxa" w:w="5040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0" w:val="none" w:color="auto" w:space="0"/>
              <w:bottom w:sz="0" w:val="none" w:color="auto" w:space="0"/>
              <w:left w:sz="0" w:val="none" w:color="auto" w:space="0"/>
              <w:right w:sz="0" w:val="none" w:color="auto" w:space="0"/>
            </w:tcBorders>
          </w:tcPr>
          <w:p>
            <w:pPr>
              <w:spacing w:after="40" w:line="264" w:lineRule="auto"/>
            </w:pPr>
            <w:r>
              <w:rPr>
                <w:sz w:val="20"/>
              </w:rPr>
              <w:t>Residente a: _____________________ Prov. (____)</w:t>
            </w:r>
          </w:p>
        </w:tc>
        <w:tc>
          <w:tcPr>
            <w:tcW w:type="dxa" w:w="5040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0" w:val="none" w:color="auto" w:space="0"/>
              <w:bottom w:sz="0" w:val="none" w:color="auto" w:space="0"/>
              <w:left w:sz="0" w:val="none" w:color="auto" w:space="0"/>
              <w:right w:sz="0" w:val="none" w:color="auto" w:space="0"/>
            </w:tcBorders>
          </w:tcPr>
          <w:p>
            <w:pPr>
              <w:spacing w:after="40" w:line="264" w:lineRule="auto"/>
            </w:pPr>
            <w:r>
              <w:rPr>
                <w:sz w:val="20"/>
              </w:rPr>
              <w:t>Via/Piazza: __________________________</w:t>
            </w:r>
          </w:p>
        </w:tc>
      </w:tr>
      <w:tr>
        <w:tc>
          <w:tcPr>
            <w:tcW w:type="dxa" w:w="5040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0" w:val="none" w:color="auto" w:space="0"/>
              <w:bottom w:sz="0" w:val="none" w:color="auto" w:space="0"/>
              <w:left w:sz="0" w:val="none" w:color="auto" w:space="0"/>
              <w:right w:sz="0" w:val="none" w:color="auto" w:space="0"/>
            </w:tcBorders>
          </w:tcPr>
          <w:p>
            <w:pPr>
              <w:spacing w:after="40" w:line="264" w:lineRule="auto"/>
            </w:pPr>
            <w:r>
              <w:rPr>
                <w:sz w:val="20"/>
              </w:rPr>
              <w:t>Telefono / Cellulare: _________________________</w:t>
            </w:r>
          </w:p>
        </w:tc>
        <w:tc>
          <w:tcPr>
            <w:tcW w:type="dxa" w:w="5040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0" w:val="none" w:color="auto" w:space="0"/>
              <w:bottom w:sz="0" w:val="none" w:color="auto" w:space="0"/>
              <w:left w:sz="0" w:val="none" w:color="auto" w:space="0"/>
              <w:right w:sz="0" w:val="none" w:color="auto" w:space="0"/>
            </w:tcBorders>
          </w:tcPr>
          <w:p>
            <w:pPr>
              <w:spacing w:after="40" w:line="264" w:lineRule="auto"/>
            </w:pPr>
            <w:r>
              <w:rPr>
                <w:sz w:val="20"/>
              </w:rPr>
              <w:t>E-mail / PEC: _________________________</w:t>
            </w:r>
          </w:p>
        </w:tc>
      </w:tr>
      <w:tr>
        <w:tc>
          <w:tcPr>
            <w:tcW w:type="dxa" w:w="5040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0" w:val="none" w:color="auto" w:space="0"/>
              <w:bottom w:sz="0" w:val="none" w:color="auto" w:space="0"/>
              <w:left w:sz="0" w:val="none" w:color="auto" w:space="0"/>
              <w:right w:sz="0" w:val="none" w:color="auto" w:space="0"/>
            </w:tcBorders>
          </w:tcPr>
          <w:p>
            <w:pPr>
              <w:spacing w:after="40" w:line="264" w:lineRule="auto"/>
            </w:pPr>
            <w:r>
              <w:rPr>
                <w:sz w:val="20"/>
              </w:rPr>
              <w:t>In servizio presso: __________________________</w:t>
            </w:r>
          </w:p>
        </w:tc>
        <w:tc>
          <w:tcPr>
            <w:tcW w:type="dxa" w:w="5040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0" w:val="none" w:color="auto" w:space="0"/>
              <w:bottom w:sz="0" w:val="none" w:color="auto" w:space="0"/>
              <w:left w:sz="0" w:val="none" w:color="auto" w:space="0"/>
              <w:right w:sz="0" w:val="none" w:color="auto" w:space="0"/>
            </w:tcBorders>
          </w:tcPr>
          <w:p>
            <w:pPr>
              <w:spacing w:after="40" w:line="264" w:lineRule="auto"/>
            </w:pPr>
            <w:r>
              <w:rPr>
                <w:sz w:val="20"/>
              </w:rPr>
              <w:t>Con la qualifica di (docente...): ________</w:t>
            </w:r>
          </w:p>
        </w:tc>
      </w:tr>
    </w:tbl>
    <w:p>
      <w:pPr>
        <w:spacing w:before="360" w:after="120" w:line="276" w:lineRule="auto"/>
        <w:jc w:val="center"/>
      </w:pPr>
      <w:r>
        <w:rPr>
          <w:b/>
          <w:color w:val="1F4E79"/>
          <w:sz w:val="24"/>
        </w:rPr>
        <w:t>CHIEDE</w:t>
      </w:r>
    </w:p>
    <w:p>
      <w:pPr>
        <w:spacing w:before="80" w:after="200" w:line="276" w:lineRule="auto"/>
      </w:pPr>
      <w:r>
        <w:t xml:space="preserve">di essere ammesso/a alla selezione interna per l'attribuzione di incarichi di </w:t>
      </w:r>
      <w:r>
        <w:rPr>
          <w:b/>
        </w:rPr>
        <w:t>Esperto Formatore</w:t>
      </w:r>
      <w:r>
        <w:t xml:space="preserve"> e/o </w:t>
      </w:r>
      <w:r>
        <w:rPr>
          <w:b/>
        </w:rPr>
        <w:t>Tutor d'Aula</w:t>
      </w:r>
      <w:r>
        <w:t>, nell'ambito del progetto Agenda Nord sopra indicato, manifestando la propria preferenza per i seguenti moduli (è possibile selezionare più moduli e per ciascuno indicare la figura di interesse):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76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/>
                <w:color w:val="FFFFFF"/>
                <w:sz w:val="19"/>
              </w:rPr>
              <w:t>N°</w:t>
            </w:r>
          </w:p>
        </w:tc>
        <w:tc>
          <w:tcPr>
            <w:tcW w:type="dxa" w:w="6048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/>
              <w:jc w:val="left"/>
            </w:pPr>
            <w:r>
              <w:rPr>
                <w:b/>
                <w:color w:val="FFFFFF"/>
                <w:sz w:val="19"/>
              </w:rPr>
              <w:t>Titolo Modulo e Target</w:t>
            </w:r>
          </w:p>
        </w:tc>
        <w:tc>
          <w:tcPr>
            <w:tcW w:type="dxa" w:w="1728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/>
                <w:color w:val="FFFFFF"/>
                <w:sz w:val="19"/>
              </w:rPr>
              <w:t>Candidatura come ESPERTO</w:t>
            </w:r>
          </w:p>
        </w:tc>
        <w:tc>
          <w:tcPr>
            <w:tcW w:type="dxa" w:w="1728"/>
            <w:shd w:fill="1F4E79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/>
              <w:jc w:val="center"/>
            </w:pPr>
            <w:r>
              <w:rPr>
                <w:b/>
                <w:color w:val="FFFFFF"/>
                <w:sz w:val="19"/>
              </w:rPr>
              <w:t>Candidatura come TUTOR</w:t>
            </w:r>
          </w:p>
        </w:tc>
      </w:tr>
      <w:tr>
        <w:tc>
          <w:tcPr>
            <w:tcW w:type="dxa" w:w="576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type="dxa" w:w="604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Parole in Azione – Lab. di Italiano L2 (Secondaria - Liv. A2-B1)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ESPERTO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TUTOR</w:t>
            </w:r>
          </w:p>
        </w:tc>
      </w:tr>
      <w:tr>
        <w:tc>
          <w:tcPr>
            <w:tcW w:type="dxa" w:w="576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type="dxa" w:w="6048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Lab. linguistico di Italiano L2-livello A1 (Secondaria)</w:t>
            </w:r>
          </w:p>
        </w:tc>
        <w:tc>
          <w:tcPr>
            <w:tcW w:type="dxa" w:w="1728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ESPERTO</w:t>
            </w:r>
          </w:p>
        </w:tc>
        <w:tc>
          <w:tcPr>
            <w:tcW w:type="dxa" w:w="1728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TUTOR</w:t>
            </w:r>
          </w:p>
        </w:tc>
      </w:tr>
      <w:tr>
        <w:tc>
          <w:tcPr>
            <w:tcW w:type="dxa" w:w="576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type="dxa" w:w="604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Matematica in Recupero: Competenze Classi Terze (Secondaria)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ESPERTO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TUTOR</w:t>
            </w:r>
          </w:p>
        </w:tc>
      </w:tr>
      <w:tr>
        <w:tc>
          <w:tcPr>
            <w:tcW w:type="dxa" w:w="576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type="dxa" w:w="6048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Math-Lab: L'Officina delle Soluzioni (Secondaria)</w:t>
            </w:r>
          </w:p>
        </w:tc>
        <w:tc>
          <w:tcPr>
            <w:tcW w:type="dxa" w:w="1728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ESPERTO</w:t>
            </w:r>
          </w:p>
        </w:tc>
        <w:tc>
          <w:tcPr>
            <w:tcW w:type="dxa" w:w="1728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TUTOR</w:t>
            </w:r>
          </w:p>
        </w:tc>
      </w:tr>
      <w:tr>
        <w:tc>
          <w:tcPr>
            <w:tcW w:type="dxa" w:w="576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type="dxa" w:w="604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Grammatica in gioco (Secondaria - L1 Italiano)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ESPERTO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TUTOR</w:t>
            </w:r>
          </w:p>
        </w:tc>
      </w:tr>
      <w:tr>
        <w:tc>
          <w:tcPr>
            <w:tcW w:type="dxa" w:w="576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type="dxa" w:w="6048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Laboratorio di scrittura (Secondaria - L1 Italiano)</w:t>
            </w:r>
          </w:p>
        </w:tc>
        <w:tc>
          <w:tcPr>
            <w:tcW w:type="dxa" w:w="1728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ESPERTO</w:t>
            </w:r>
          </w:p>
        </w:tc>
        <w:tc>
          <w:tcPr>
            <w:tcW w:type="dxa" w:w="1728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TUTOR</w:t>
            </w:r>
          </w:p>
        </w:tc>
      </w:tr>
      <w:tr>
        <w:tc>
          <w:tcPr>
            <w:tcW w:type="dxa" w:w="576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type="dxa" w:w="604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STEAM in Azione: Robotica e Problem Solving (Secondaria)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ESPERTO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TUTOR</w:t>
            </w:r>
          </w:p>
        </w:tc>
      </w:tr>
      <w:tr>
        <w:tc>
          <w:tcPr>
            <w:tcW w:type="dxa" w:w="576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type="dxa" w:w="6048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Global citizen Lingua inglese (Secondaria - Certificazione)</w:t>
            </w:r>
          </w:p>
        </w:tc>
        <w:tc>
          <w:tcPr>
            <w:tcW w:type="dxa" w:w="1728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ESPERTO</w:t>
            </w:r>
          </w:p>
        </w:tc>
        <w:tc>
          <w:tcPr>
            <w:tcW w:type="dxa" w:w="1728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TUTOR</w:t>
            </w:r>
          </w:p>
        </w:tc>
      </w:tr>
      <w:tr>
        <w:tc>
          <w:tcPr>
            <w:tcW w:type="dxa" w:w="576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9</w:t>
            </w:r>
          </w:p>
        </w:tc>
        <w:tc>
          <w:tcPr>
            <w:tcW w:type="dxa" w:w="604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Global voice Lingua inglese (Secondaria - Certificazione)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ESPERTO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TUTOR</w:t>
            </w:r>
          </w:p>
        </w:tc>
      </w:tr>
      <w:tr>
        <w:tc>
          <w:tcPr>
            <w:tcW w:type="dxa" w:w="576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type="dxa" w:w="6048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Fiabe in scena: Andersen tra parole/immagini (Primaria - L1)</w:t>
            </w:r>
          </w:p>
        </w:tc>
        <w:tc>
          <w:tcPr>
            <w:tcW w:type="dxa" w:w="1728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ESPERTO</w:t>
            </w:r>
          </w:p>
        </w:tc>
        <w:tc>
          <w:tcPr>
            <w:tcW w:type="dxa" w:w="1728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TUTOR</w:t>
            </w:r>
          </w:p>
        </w:tc>
      </w:tr>
      <w:tr>
        <w:tc>
          <w:tcPr>
            <w:tcW w:type="dxa" w:w="576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11</w:t>
            </w:r>
          </w:p>
        </w:tc>
        <w:tc>
          <w:tcPr>
            <w:tcW w:type="dxa" w:w="604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Festivals Around the English-Speaking World (Primaria)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ESPERTO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TUTOR</w:t>
            </w:r>
          </w:p>
        </w:tc>
      </w:tr>
      <w:tr>
        <w:tc>
          <w:tcPr>
            <w:tcW w:type="dxa" w:w="576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12</w:t>
            </w:r>
          </w:p>
        </w:tc>
        <w:tc>
          <w:tcPr>
            <w:tcW w:type="dxa" w:w="6048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Parole per capirsi (Primaria - L1/L2)</w:t>
            </w:r>
          </w:p>
        </w:tc>
        <w:tc>
          <w:tcPr>
            <w:tcW w:type="dxa" w:w="1728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ESPERTO</w:t>
            </w:r>
          </w:p>
        </w:tc>
        <w:tc>
          <w:tcPr>
            <w:tcW w:type="dxa" w:w="1728"/>
            <w:shd w:fill="F2F5F8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TUTOR</w:t>
            </w:r>
          </w:p>
        </w:tc>
      </w:tr>
      <w:tr>
        <w:tc>
          <w:tcPr>
            <w:tcW w:type="dxa" w:w="576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13</w:t>
            </w:r>
          </w:p>
        </w:tc>
        <w:tc>
          <w:tcPr>
            <w:tcW w:type="dxa" w:w="604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Parole e numeri in avventura (Primaria - Matematica)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ESPERTO</w:t>
            </w:r>
          </w:p>
        </w:tc>
        <w:tc>
          <w:tcPr>
            <w:tcW w:type="dxa" w:w="1728"/>
            <w:shd w:fill="FFFFFF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□ TUTOR</w:t>
            </w:r>
          </w:p>
        </w:tc>
      </w:tr>
    </w:tbl>
    <w:p>
      <w:pPr>
        <w:spacing w:before="280" w:after="80" w:line="276" w:lineRule="auto"/>
      </w:pPr>
      <w:r>
        <w:rPr>
          <w:b/>
          <w:color w:val="1F4E79"/>
          <w:sz w:val="21"/>
        </w:rPr>
        <w:t>DICHIARAZIONI AI SENSI DEL D.P.R. 445/2000</w:t>
      </w:r>
    </w:p>
    <w:p>
      <w:pPr>
        <w:spacing w:before="80" w:after="120" w:line="276" w:lineRule="auto"/>
      </w:pPr>
      <w:r>
        <w:rPr>
          <w:sz w:val="19"/>
        </w:rPr>
        <w:t>Il/La sottoscritto/a, ai sensi degli artt. 46 e 47 del D.P.R. 28.12.2000 n. 445, consapevole della responsabilità penale cui può andare incontro in caso di affermazioni mendaci (art. 76 del medesimo D.P.R. 445/2000), dichiara sotto la propria responsabilità:</w:t>
        <w:br/>
      </w:r>
    </w:p>
    <w:p>
      <w:pPr>
        <w:pStyle w:val="ListBullet"/>
        <w:spacing w:before="40" w:after="60" w:line="276" w:lineRule="auto"/>
      </w:pPr>
      <w:r>
        <w:rPr>
          <w:sz w:val="19"/>
        </w:rPr>
        <w:t>di essere in possesso della cittadinanza italiana o di uno degli Stati membri dell’Unione Europea;</w:t>
      </w:r>
    </w:p>
    <w:p>
      <w:pPr>
        <w:pStyle w:val="ListBullet"/>
        <w:spacing w:before="40" w:after="60" w:line="276" w:lineRule="auto"/>
      </w:pPr>
      <w:r>
        <w:rPr>
          <w:sz w:val="19"/>
        </w:rPr>
        <w:t>di godere dei diritti civili e politici;</w:t>
      </w:r>
    </w:p>
    <w:p>
      <w:pPr>
        <w:pStyle w:val="ListBullet"/>
        <w:spacing w:before="40" w:after="60" w:line="276" w:lineRule="auto"/>
      </w:pPr>
      <w:r>
        <w:rPr>
          <w:sz w:val="19"/>
        </w:rPr>
        <w:t>di non aver riportato condanne penali e non essere destinatario di provvedimenti che riguardano l'applicazione di misure di prevenzione, di decisioni civili e di provvedimenti amministrativi iscritti nel casellario giudiziale;</w:t>
      </w:r>
    </w:p>
    <w:p>
      <w:pPr>
        <w:pStyle w:val="ListBullet"/>
        <w:spacing w:before="40" w:after="60" w:line="276" w:lineRule="auto"/>
      </w:pPr>
      <w:r>
        <w:rPr>
          <w:sz w:val="19"/>
        </w:rPr>
        <w:t>di essere a conoscenza di non essere sottoposto a procedimenti penali;</w:t>
      </w:r>
    </w:p>
    <w:p>
      <w:pPr>
        <w:pStyle w:val="ListBullet"/>
        <w:spacing w:before="40" w:after="60" w:line="276" w:lineRule="auto"/>
      </w:pPr>
      <w:r>
        <w:rPr>
          <w:sz w:val="19"/>
        </w:rPr>
        <w:t>di essere consapevole dell'impossibilità, per tutta la durata dell'incarico, di stabilire rapporti professionali di natura diversa rispetto a quelli oggetto del presente avviso;</w:t>
      </w:r>
    </w:p>
    <w:p>
      <w:pPr>
        <w:pStyle w:val="ListBullet"/>
        <w:spacing w:before="40" w:after="60" w:line="276" w:lineRule="auto"/>
      </w:pPr>
      <w:r>
        <w:rPr>
          <w:sz w:val="19"/>
        </w:rPr>
        <w:t>di essere in possesso dei titoli di studio, di specializzazione e delle esperite professionali richieste per la figura/modulo cui si concorre;</w:t>
      </w:r>
    </w:p>
    <w:p>
      <w:pPr>
        <w:pStyle w:val="ListBullet"/>
        <w:spacing w:before="40" w:after="60" w:line="276" w:lineRule="auto"/>
      </w:pPr>
      <w:r>
        <w:rPr>
          <w:sz w:val="19"/>
        </w:rPr>
        <w:t>di avere la necessaria conoscenza della piattaforma di gestione del progetto e di quant’altro occorrente per svolgere con correttezza, tempestività ed efficacia i compiti del ruolo.</w:t>
      </w:r>
    </w:p>
    <w:p>
      <w:pPr>
        <w:spacing w:before="360" w:after="80" w:line="276" w:lineRule="auto"/>
      </w:pPr>
      <w:r>
        <w:rPr>
          <w:b/>
          <w:color w:val="1F4E79"/>
          <w:sz w:val="22"/>
        </w:rPr>
        <w:t>SCHEDA DI AUTOVALUTAZIONE DEI TITOLI (Criteri di cui all'Art. 4 dell'Avviso)</w:t>
      </w:r>
    </w:p>
    <w:p>
      <w:pPr>
        <w:spacing w:before="40" w:after="160" w:line="276" w:lineRule="auto"/>
      </w:pPr>
      <w:r>
        <w:rPr>
          <w:i/>
          <w:sz w:val="18"/>
        </w:rPr>
        <w:t>Compilare la seguente tabella indicando i titoli posseduti ed effettuando l'autovalutazione del punteggio. I titoli devono essere dettagliatamente descritti nel rispettivo campo. La Commissione procederà alla validazione dei punteggi.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576"/>
            <w:shd w:fill="1F4E79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spacing w:after="40"/>
              <w:jc w:val="center"/>
            </w:pPr>
            <w:r>
              <w:rPr>
                <w:b/>
                <w:color w:val="FFFFFF"/>
                <w:sz w:val="17"/>
              </w:rPr>
              <w:t>Rif.</w:t>
            </w:r>
          </w:p>
        </w:tc>
        <w:tc>
          <w:tcPr>
            <w:tcW w:type="dxa" w:w="3312"/>
            <w:shd w:fill="1F4E79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spacing w:after="40"/>
              <w:jc w:val="center"/>
            </w:pPr>
            <w:r>
              <w:rPr>
                <w:b/>
                <w:color w:val="FFFFFF"/>
                <w:sz w:val="17"/>
              </w:rPr>
              <w:t>Criterio di Valutazione (Titoli e Servizi)</w:t>
            </w:r>
          </w:p>
        </w:tc>
        <w:tc>
          <w:tcPr>
            <w:tcW w:type="dxa" w:w="1584"/>
            <w:shd w:fill="1F4E79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spacing w:after="40"/>
              <w:jc w:val="center"/>
            </w:pPr>
            <w:r>
              <w:rPr>
                <w:b/>
                <w:color w:val="FFFFFF"/>
                <w:sz w:val="17"/>
              </w:rPr>
              <w:t>Punteggio Previsto</w:t>
            </w:r>
          </w:p>
        </w:tc>
        <w:tc>
          <w:tcPr>
            <w:tcW w:type="dxa" w:w="3168"/>
            <w:shd w:fill="1F4E79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spacing w:after="40"/>
              <w:jc w:val="center"/>
            </w:pPr>
            <w:r>
              <w:rPr>
                <w:b/>
                <w:color w:val="FFFFFF"/>
                <w:sz w:val="17"/>
              </w:rPr>
              <w:t>Titoli/Servizi Dichiarati</w:t>
              <w:br/>
              <w:t>(indicare estremi, durata e date)</w:t>
            </w:r>
          </w:p>
        </w:tc>
        <w:tc>
          <w:tcPr>
            <w:tcW w:type="dxa" w:w="720"/>
            <w:shd w:fill="1F4E79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spacing w:after="40"/>
              <w:jc w:val="center"/>
            </w:pPr>
            <w:r>
              <w:rPr>
                <w:b/>
                <w:color w:val="FFFFFF"/>
                <w:sz w:val="17"/>
              </w:rPr>
              <w:t>Punti</w:t>
              <w:br/>
              <w:t>Auto</w:t>
            </w:r>
          </w:p>
        </w:tc>
        <w:tc>
          <w:tcPr>
            <w:tcW w:type="dxa" w:w="720"/>
            <w:shd w:fill="1F4E79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spacing w:after="40"/>
              <w:jc w:val="center"/>
            </w:pPr>
            <w:r>
              <w:rPr>
                <w:b/>
                <w:color w:val="FFFFFF"/>
                <w:sz w:val="17"/>
              </w:rPr>
              <w:t>Punti</w:t>
              <w:br/>
              <w:t>Comm.</w:t>
            </w:r>
          </w:p>
        </w:tc>
      </w:tr>
      <w:tr>
        <w:tc>
          <w:tcPr>
            <w:tcW w:type="dxa" w:w="10080"/>
            <w:gridSpan w:val="6"/>
            <w:shd w:fill="EBF1F5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</w:pPr>
            <w:r>
              <w:rPr>
                <w:b/>
                <w:color w:val="1F4E79"/>
                <w:sz w:val="18"/>
              </w:rPr>
              <w:t>SEZIONE A - TITOLI DI STUDIO E DI ACCESSO (Valutabile il titolo più favorevole o non cumulabili)</w:t>
            </w:r>
          </w:p>
        </w:tc>
      </w:tr>
      <w:tr>
        <w:tc>
          <w:tcPr>
            <w:tcW w:type="dxa" w:w="576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A1</w:t>
            </w:r>
          </w:p>
        </w:tc>
        <w:tc>
          <w:tcPr>
            <w:tcW w:type="dxa" w:w="3312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Laurea vecchio ordinamento o magistrale (titolo di accesso)</w:t>
            </w:r>
          </w:p>
        </w:tc>
        <w:tc>
          <w:tcPr>
            <w:tcW w:type="dxa" w:w="1584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3 pt</w:t>
            </w:r>
          </w:p>
        </w:tc>
        <w:tc>
          <w:tcPr>
            <w:tcW w:type="dxa" w:w="3168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A2</w:t>
            </w:r>
          </w:p>
        </w:tc>
        <w:tc>
          <w:tcPr>
            <w:tcW w:type="dxa" w:w="3312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Laurea triennale o diploma di maturità (titolo di accesso)</w:t>
            </w:r>
          </w:p>
        </w:tc>
        <w:tc>
          <w:tcPr>
            <w:tcW w:type="dxa" w:w="1584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2 pt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576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A3</w:t>
            </w:r>
          </w:p>
        </w:tc>
        <w:tc>
          <w:tcPr>
            <w:tcW w:type="dxa" w:w="3312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Laurea specialistica o master aggiuntivi</w:t>
            </w:r>
          </w:p>
        </w:tc>
        <w:tc>
          <w:tcPr>
            <w:tcW w:type="dxa" w:w="1584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2 pt per titolo</w:t>
            </w:r>
          </w:p>
        </w:tc>
        <w:tc>
          <w:tcPr>
            <w:tcW w:type="dxa" w:w="3168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10080"/>
            <w:gridSpan w:val="6"/>
            <w:shd w:fill="EBF1F5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</w:pPr>
            <w:r>
              <w:rPr>
                <w:b/>
                <w:color w:val="1F4E79"/>
                <w:sz w:val="18"/>
              </w:rPr>
              <w:t>SEZIONE B - CORSI DI FORMAZIONE E CERTIFICAZIONI (Specifici per ambiti disciplinari)</w:t>
            </w:r>
          </w:p>
        </w:tc>
      </w:tr>
      <w:tr>
        <w:tc>
          <w:tcPr>
            <w:tcW w:type="dxa" w:w="576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B1</w:t>
            </w:r>
          </w:p>
        </w:tc>
        <w:tc>
          <w:tcPr>
            <w:tcW w:type="dxa" w:w="3312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Corsi di formazione sulla scrittura creativa negli ultimi 5 anni scolastici (per i moduli di italiano)</w:t>
            </w:r>
          </w:p>
        </w:tc>
        <w:tc>
          <w:tcPr>
            <w:tcW w:type="dxa" w:w="1584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4 pt per corso</w:t>
              <w:br/>
              <w:t>Max 8 pt</w:t>
            </w:r>
          </w:p>
        </w:tc>
        <w:tc>
          <w:tcPr>
            <w:tcW w:type="dxa" w:w="3168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B2</w:t>
            </w:r>
          </w:p>
        </w:tc>
        <w:tc>
          <w:tcPr>
            <w:tcW w:type="dxa" w:w="3312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Corsi di formazione per insegnamento italiano L2 negli ultimi 5 anni scolastici (per i moduli di italiano L2)</w:t>
            </w:r>
          </w:p>
        </w:tc>
        <w:tc>
          <w:tcPr>
            <w:tcW w:type="dxa" w:w="1584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4 pt per corso</w:t>
              <w:br/>
              <w:t>Max 8 pt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576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B3</w:t>
            </w:r>
          </w:p>
        </w:tc>
        <w:tc>
          <w:tcPr>
            <w:tcW w:type="dxa" w:w="3312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Corsi di formazione per le STEM negli ultimi 2 anni scolastici (per i moduli di matematica)</w:t>
            </w:r>
          </w:p>
        </w:tc>
        <w:tc>
          <w:tcPr>
            <w:tcW w:type="dxa" w:w="1584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2 pt per corso</w:t>
              <w:br/>
              <w:t>Max 6 pt</w:t>
            </w:r>
          </w:p>
        </w:tc>
        <w:tc>
          <w:tcPr>
            <w:tcW w:type="dxa" w:w="3168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B4</w:t>
            </w:r>
          </w:p>
        </w:tc>
        <w:tc>
          <w:tcPr>
            <w:tcW w:type="dxa" w:w="3312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Certificazione lingua inglese (per i moduli di lingua straniera)</w:t>
              <w:br/>
              <w:t>C2 = 8 pt | C1 = 6 pt | B2 = 4 pt | B1 = 2 pt</w:t>
            </w:r>
          </w:p>
        </w:tc>
        <w:tc>
          <w:tcPr>
            <w:tcW w:type="dxa" w:w="1584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Fino a 8 pt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576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B5</w:t>
            </w:r>
          </w:p>
        </w:tc>
        <w:tc>
          <w:tcPr>
            <w:tcW w:type="dxa" w:w="3312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Altri corsi di formazione affini negli ultimi 5 anni scolastici</w:t>
            </w:r>
          </w:p>
        </w:tc>
        <w:tc>
          <w:tcPr>
            <w:tcW w:type="dxa" w:w="1584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1 pt per corso</w:t>
              <w:br/>
              <w:t>Max 3 pt</w:t>
            </w:r>
          </w:p>
        </w:tc>
        <w:tc>
          <w:tcPr>
            <w:tcW w:type="dxa" w:w="3168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10080"/>
            <w:gridSpan w:val="6"/>
            <w:shd w:fill="EBF1F5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</w:pPr>
            <w:r>
              <w:rPr>
                <w:b/>
                <w:color w:val="1F4E79"/>
                <w:sz w:val="18"/>
              </w:rPr>
              <w:t>SEZIONE C - ESPERIENZE PROFESSIONALI E DI PROGETTAZIONE</w:t>
            </w:r>
          </w:p>
        </w:tc>
      </w:tr>
      <w:tr>
        <w:tc>
          <w:tcPr>
            <w:tcW w:type="dxa" w:w="576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C1</w:t>
            </w:r>
          </w:p>
        </w:tc>
        <w:tc>
          <w:tcPr>
            <w:tcW w:type="dxa" w:w="3312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Esperienze lavorative/incarichi coerenti con l'attività</w:t>
            </w:r>
          </w:p>
        </w:tc>
        <w:tc>
          <w:tcPr>
            <w:tcW w:type="dxa" w:w="1584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1 pt per esp.</w:t>
              <w:br/>
              <w:t>Max 6 pt</w:t>
            </w:r>
          </w:p>
        </w:tc>
        <w:tc>
          <w:tcPr>
            <w:tcW w:type="dxa" w:w="3168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C2</w:t>
            </w:r>
          </w:p>
        </w:tc>
        <w:tc>
          <w:tcPr>
            <w:tcW w:type="dxa" w:w="3312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Esperienze di progettazione in progetti europei (PON, FSE, FESR, Erasmus)</w:t>
            </w:r>
          </w:p>
        </w:tc>
        <w:tc>
          <w:tcPr>
            <w:tcW w:type="dxa" w:w="1584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1 pt per esp.</w:t>
              <w:br/>
              <w:t>Max 6 pt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576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C3</w:t>
            </w:r>
          </w:p>
        </w:tc>
        <w:tc>
          <w:tcPr>
            <w:tcW w:type="dxa" w:w="3312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Esperienze come formatore in progetti europei</w:t>
            </w:r>
          </w:p>
        </w:tc>
        <w:tc>
          <w:tcPr>
            <w:tcW w:type="dxa" w:w="1584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1 pt per esp.</w:t>
              <w:br/>
              <w:t>Max 6 pt</w:t>
            </w:r>
          </w:p>
        </w:tc>
        <w:tc>
          <w:tcPr>
            <w:tcW w:type="dxa" w:w="3168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9FAFC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C4</w:t>
            </w:r>
          </w:p>
        </w:tc>
        <w:tc>
          <w:tcPr>
            <w:tcW w:type="dxa" w:w="3312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  <w:t>Esperienze come tutor in progetti europei</w:t>
            </w:r>
          </w:p>
        </w:tc>
        <w:tc>
          <w:tcPr>
            <w:tcW w:type="dxa" w:w="1584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  <w:t>1 pt per esp.</w:t>
              <w:br/>
              <w:t>Max 6 pt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  <w:tc>
          <w:tcPr>
            <w:tcW w:type="dxa" w:w="720"/>
            <w:shd w:fill="FFFFFF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sz w:val="17"/>
              </w:rPr>
            </w:r>
          </w:p>
        </w:tc>
      </w:tr>
      <w:tr>
        <w:tc>
          <w:tcPr>
            <w:tcW w:type="dxa" w:w="576"/>
            <w:shd w:fill="F2F5F8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TOT</w:t>
            </w:r>
          </w:p>
        </w:tc>
        <w:tc>
          <w:tcPr>
            <w:tcW w:type="dxa" w:w="3312"/>
            <w:shd w:fill="F2F5F8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b/>
                <w:color w:val="1F4E79"/>
                <w:sz w:val="17"/>
              </w:rPr>
              <w:t>PUNTEGGIO COMPLESSIVO TOTALE (Massimo 52 pt)</w:t>
            </w:r>
          </w:p>
        </w:tc>
        <w:tc>
          <w:tcPr>
            <w:tcW w:type="dxa" w:w="1584"/>
            <w:shd w:fill="F2F5F8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Max 52 pt</w:t>
            </w:r>
          </w:p>
        </w:tc>
        <w:tc>
          <w:tcPr>
            <w:tcW w:type="dxa" w:w="3168"/>
            <w:shd w:fill="F2F5F8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left"/>
            </w:pPr>
            <w:r>
              <w:rPr>
                <w:b/>
                <w:sz w:val="17"/>
              </w:rPr>
              <w:t>Dichiarare totale:</w:t>
            </w:r>
          </w:p>
        </w:tc>
        <w:tc>
          <w:tcPr>
            <w:tcW w:type="dxa" w:w="720"/>
            <w:shd w:fill="F2F5F8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</w:r>
          </w:p>
        </w:tc>
        <w:tc>
          <w:tcPr>
            <w:tcW w:type="dxa" w:w="720"/>
            <w:shd w:fill="F2F5F8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4" w:val="single" w:color="D3D3D3" w:space="0"/>
              <w:bottom w:sz="4" w:val="single" w:color="D3D3D3" w:space="0"/>
              <w:left w:sz="4" w:val="single" w:color="D3D3D3" w:space="0"/>
              <w:right w:sz="4" w:val="single" w:color="D3D3D3" w:space="0"/>
            </w:tcBorders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</w:r>
          </w:p>
        </w:tc>
      </w:tr>
    </w:tbl>
    <w:p>
      <w:pPr>
        <w:spacing w:before="280" w:after="80" w:line="276" w:lineRule="auto"/>
      </w:pPr>
      <w:r>
        <w:rPr>
          <w:b/>
          <w:color w:val="1F4E79"/>
          <w:sz w:val="20"/>
        </w:rPr>
        <w:t>DOCUMENTAZIONE ALLEGATA</w:t>
      </w:r>
    </w:p>
    <w:p>
      <w:pPr>
        <w:spacing w:before="40" w:after="120" w:line="276" w:lineRule="auto"/>
      </w:pPr>
      <w:r>
        <w:rPr>
          <w:sz w:val="19"/>
        </w:rPr>
        <w:t>Il sottoscritto allega alla presente domanda:</w:t>
        <w:br/>
        <w:t>1. Curriculum Vitae redatto in formato europeo (Europass), debitamente firmato e datato;</w:t>
        <w:br/>
        <w:t>2. Allegato C: Dichiarazione di insussistenza di cause ostative di incompatibilità e inconferibilità.</w:t>
      </w:r>
    </w:p>
    <w:p>
      <w:pPr>
        <w:spacing w:before="240" w:after="80" w:line="276" w:lineRule="auto"/>
      </w:pPr>
      <w:r>
        <w:rPr>
          <w:b/>
          <w:color w:val="1F4E79"/>
          <w:sz w:val="20"/>
        </w:rPr>
        <w:t>INFORMATIVA PRIVACY (GDPR)</w:t>
      </w:r>
    </w:p>
    <w:p>
      <w:pPr>
        <w:spacing w:before="40" w:after="480" w:line="276" w:lineRule="auto"/>
      </w:pPr>
      <w:r>
        <w:rPr>
          <w:i/>
          <w:sz w:val="18"/>
        </w:rPr>
        <w:t>I dati personali forniti dai candidati saranno trattati unicamente per le finalità di gestione della procedura selettiva e dell'eventuale successivo incarico contrattuale, ai sensi del Regolamento UE 2016/679 (GDPR) e del D.Lgs. 196/2003 e ss.mm.ii.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5040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0" w:val="none" w:color="auto" w:space="0"/>
              <w:bottom w:sz="0" w:val="none" w:color="auto" w:space="0"/>
              <w:left w:sz="0" w:val="none" w:color="auto" w:space="0"/>
              <w:right w:sz="0" w:val="none" w:color="auto" w:space="0"/>
            </w:tcBorders>
          </w:tcPr>
          <w:p>
            <w:pPr>
              <w:spacing w:before="0" w:after="360" w:line="276" w:lineRule="auto"/>
            </w:pPr>
            <w:r>
              <w:rPr>
                <w:sz w:val="20"/>
              </w:rPr>
              <w:t>Data: ______________________</w:t>
            </w:r>
          </w:p>
        </w:tc>
        <w:tc>
          <w:tcPr>
            <w:tcW w:type="dxa" w:w="5040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0" w:val="none" w:color="auto" w:space="0"/>
              <w:bottom w:sz="0" w:val="none" w:color="auto" w:space="0"/>
              <w:left w:sz="0" w:val="none" w:color="auto" w:space="0"/>
              <w:right w:sz="0" w:val="none" w:color="auto" w:space="0"/>
            </w:tcBorders>
          </w:tcPr>
          <w:p/>
        </w:tc>
      </w:tr>
      <w:tr>
        <w:tc>
          <w:tcPr>
            <w:tcW w:type="dxa" w:w="5040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0" w:val="none" w:color="auto" w:space="0"/>
              <w:bottom w:sz="0" w:val="none" w:color="auto" w:space="0"/>
              <w:left w:sz="0" w:val="none" w:color="auto" w:space="0"/>
              <w:right w:sz="0" w:val="none" w:color="auto" w:space="0"/>
            </w:tcBorders>
          </w:tcPr>
          <w:p/>
        </w:tc>
        <w:tc>
          <w:tcPr>
            <w:tcW w:type="dxa" w:w="5040"/>
            <w:tcMar>
              <w:top w:w="60" w:type="dxa"/>
              <w:bottom w:w="60" w:type="dxa"/>
              <w:left w:w="60" w:type="dxa"/>
              <w:right w:w="60" w:type="dxa"/>
            </w:tcMar>
            <w:tcBorders>
              <w:top w:sz="0" w:val="none" w:color="auto" w:space="0"/>
              <w:bottom w:sz="0" w:val="none" w:color="auto" w:space="0"/>
              <w:left w:sz="0" w:val="none" w:color="auto" w:space="0"/>
              <w:right w:sz="0" w:val="none" w:color="auto" w:space="0"/>
            </w:tcBorders>
          </w:tcPr>
          <w:p>
            <w:pPr>
              <w:spacing w:before="0" w:after="80" w:line="276" w:lineRule="auto"/>
              <w:jc w:val="center"/>
            </w:pPr>
            <w:r>
              <w:rPr>
                <w:b/>
                <w:sz w:val="20"/>
              </w:rPr>
              <w:t>Firma del Candidato</w:t>
              <w:br/>
              <w:br/>
              <w:t>__________________________________</w:t>
            </w:r>
          </w:p>
          <w:p>
            <w:pPr>
              <w:spacing w:before="0" w:after="40" w:line="276" w:lineRule="auto"/>
              <w:jc w:val="center"/>
            </w:pPr>
            <w:r>
              <w:rPr>
                <w:i/>
                <w:sz w:val="17"/>
              </w:rPr>
              <w:t>(Firma leggibile e per esteso)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